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6FAA" w14:textId="30952A82" w:rsidR="00031E08" w:rsidRDefault="00D50AC4" w:rsidP="00D50AC4">
      <w:pPr>
        <w:pStyle w:val="Heading1"/>
        <w:ind w:firstLine="720"/>
        <w:jc w:val="center"/>
      </w:pPr>
      <w:r>
        <w:t>MCH Jobsite Cleanliness &amp; Presentation Standards</w:t>
      </w:r>
    </w:p>
    <w:p w14:paraId="0D2C7C68" w14:textId="4772730C" w:rsidR="00031E08" w:rsidRDefault="00000000" w:rsidP="00D50AC4">
      <w:pPr>
        <w:pStyle w:val="ListParagraph"/>
      </w:pPr>
      <w:r>
        <w:br/>
      </w:r>
    </w:p>
    <w:p w14:paraId="7EAD6CBE" w14:textId="0EE3CF98" w:rsidR="00031E08" w:rsidRDefault="00000000" w:rsidP="00D50AC4">
      <w:pPr>
        <w:pStyle w:val="Heading3"/>
      </w:pPr>
      <w:r>
        <w:t>Standard of Care</w:t>
      </w:r>
    </w:p>
    <w:p w14:paraId="5E31BE1A" w14:textId="4D78A2B8" w:rsidR="00031E08" w:rsidRDefault="00000000" w:rsidP="00D50AC4">
      <w:pPr>
        <w:pStyle w:val="ListParagraph"/>
      </w:pPr>
      <w:r>
        <w:t xml:space="preserve">As a </w:t>
      </w:r>
      <w:r w:rsidR="00D423A2">
        <w:t>premier</w:t>
      </w:r>
      <w:r>
        <w:t xml:space="preserve"> custom home builder, we maintain elevated jobsite cleanliness and organization standards throughout construction. Our objective is to operate a disciplined, well-managed site that reflects the quality of the finished home.</w:t>
      </w:r>
      <w:r>
        <w:br/>
      </w:r>
      <w:r>
        <w:br/>
        <w:t xml:space="preserve">While construction environments cannot be dust-free, our sites are managed to reflect professionalism, order, and control </w:t>
      </w:r>
      <w:proofErr w:type="gramStart"/>
      <w:r>
        <w:t>at all times</w:t>
      </w:r>
      <w:proofErr w:type="gramEnd"/>
      <w:r>
        <w:t>.</w:t>
      </w:r>
    </w:p>
    <w:p w14:paraId="5C5EC449" w14:textId="77777777" w:rsidR="0009399D" w:rsidRDefault="0009399D" w:rsidP="0009399D"/>
    <w:p w14:paraId="3556E475" w14:textId="510AF2B4" w:rsidR="00031E08" w:rsidRDefault="00000000" w:rsidP="00D50AC4">
      <w:pPr>
        <w:pStyle w:val="Heading3"/>
      </w:pPr>
      <w:r>
        <w:t>Clean Site Commitment</w:t>
      </w:r>
    </w:p>
    <w:p w14:paraId="58F882CE" w14:textId="77777777" w:rsidR="00D50AC4" w:rsidRDefault="00000000" w:rsidP="00B63B74">
      <w:pPr>
        <w:pStyle w:val="NoSpacing"/>
      </w:pPr>
      <w:r>
        <w:t>We maintain the following standards:</w:t>
      </w:r>
    </w:p>
    <w:p w14:paraId="1BEE4378" w14:textId="77777777" w:rsidR="00B63B74" w:rsidRDefault="00B63B74" w:rsidP="00B63B74">
      <w:pPr>
        <w:pStyle w:val="NoSpacing"/>
      </w:pPr>
    </w:p>
    <w:p w14:paraId="5A7F6988" w14:textId="77777777" w:rsidR="00EB5A57" w:rsidRDefault="00000000" w:rsidP="00B63B74">
      <w:pPr>
        <w:pStyle w:val="NoSpacing"/>
      </w:pPr>
      <w:r>
        <w:t>-</w:t>
      </w:r>
      <w:r w:rsidR="00D50AC4">
        <w:t xml:space="preserve"> </w:t>
      </w:r>
      <w:r>
        <w:t>Clearly designated material staging zones</w:t>
      </w:r>
    </w:p>
    <w:p w14:paraId="57791E09" w14:textId="1329B982" w:rsidR="00B63B74" w:rsidRDefault="00B63B74" w:rsidP="00B63B74">
      <w:pPr>
        <w:pStyle w:val="NoSpacing"/>
      </w:pPr>
      <w:r>
        <w:t>-</w:t>
      </w:r>
      <w:r w:rsidR="001B3EF1">
        <w:t xml:space="preserve"> </w:t>
      </w:r>
      <w:r>
        <w:t>MCH supplied trash can on site</w:t>
      </w:r>
    </w:p>
    <w:p w14:paraId="3B814170" w14:textId="1676F1FB" w:rsidR="00EB5A57" w:rsidRDefault="00EB5A57" w:rsidP="00B63B74">
      <w:pPr>
        <w:pStyle w:val="NoSpacing"/>
      </w:pPr>
      <w:r>
        <w:t xml:space="preserve">- Clear </w:t>
      </w:r>
      <w:r w:rsidR="0009399D">
        <w:t>s</w:t>
      </w:r>
      <w:r>
        <w:t xml:space="preserve">ignage posted outside </w:t>
      </w:r>
    </w:p>
    <w:p w14:paraId="475E2993" w14:textId="5A8354C6" w:rsidR="00D50AC4" w:rsidRDefault="00EB5A57" w:rsidP="00873669">
      <w:pPr>
        <w:pStyle w:val="NoSpacing"/>
      </w:pPr>
      <w:r>
        <w:t xml:space="preserve">- Silt fence installed </w:t>
      </w:r>
      <w:r w:rsidR="0009399D">
        <w:t xml:space="preserve">and maintained </w:t>
      </w:r>
      <w:r>
        <w:t xml:space="preserve">around property  </w:t>
      </w:r>
      <w:r>
        <w:br/>
        <w:t xml:space="preserve">- Daily </w:t>
      </w:r>
      <w:r w:rsidR="00BD7CC1">
        <w:t>material</w:t>
      </w:r>
      <w:r>
        <w:t xml:space="preserve"> consolidation</w:t>
      </w:r>
      <w:r>
        <w:br/>
        <w:t>- Dumpsters</w:t>
      </w:r>
      <w:r w:rsidR="00D423A2">
        <w:t>/</w:t>
      </w:r>
      <w:r w:rsidR="0009399D">
        <w:t>t</w:t>
      </w:r>
      <w:r w:rsidR="00D423A2">
        <w:t>railers</w:t>
      </w:r>
      <w:r>
        <w:t xml:space="preserve"> emptied as needed to prevent overflow</w:t>
      </w:r>
      <w:r>
        <w:br/>
        <w:t>- Organized storage of tools and equipment</w:t>
      </w:r>
      <w:r>
        <w:br/>
        <w:t>- Defined access pathways kept clear</w:t>
      </w:r>
      <w:r>
        <w:br/>
        <w:t xml:space="preserve">- </w:t>
      </w:r>
      <w:r w:rsidR="00BD7CC1">
        <w:t xml:space="preserve">Daily debris and trash removal </w:t>
      </w:r>
      <w:r>
        <w:br/>
        <w:t>- Protection of installed finishes immediately upon completion</w:t>
      </w:r>
    </w:p>
    <w:p w14:paraId="7CD76C96" w14:textId="7888EBE4" w:rsidR="0009399D" w:rsidRDefault="0009399D" w:rsidP="00873669">
      <w:pPr>
        <w:pStyle w:val="NoSpacing"/>
      </w:pPr>
      <w:r>
        <w:t xml:space="preserve">- MCH signage is clean and straight </w:t>
      </w:r>
    </w:p>
    <w:p w14:paraId="068449D5" w14:textId="215EA2E9" w:rsidR="0009399D" w:rsidRDefault="0009399D" w:rsidP="00873669">
      <w:pPr>
        <w:pStyle w:val="NoSpacing"/>
      </w:pPr>
      <w:r>
        <w:t xml:space="preserve">-a Jobsite permit/contact board is clean and straight </w:t>
      </w:r>
    </w:p>
    <w:p w14:paraId="61871D64" w14:textId="31CE0337" w:rsidR="00031E08" w:rsidRDefault="00000000" w:rsidP="00D50AC4">
      <w:pPr>
        <w:ind w:left="360"/>
      </w:pPr>
      <w:r>
        <w:br/>
      </w:r>
      <w:r>
        <w:br/>
        <w:t xml:space="preserve">Subcontractors are required to leave the site broom-clean at the </w:t>
      </w:r>
      <w:r w:rsidR="00D423A2">
        <w:t>end of the day</w:t>
      </w:r>
      <w:r>
        <w:t>.</w:t>
      </w:r>
    </w:p>
    <w:p w14:paraId="7BB7AA00" w14:textId="77777777" w:rsidR="0009399D" w:rsidRDefault="0009399D" w:rsidP="00D50AC4">
      <w:pPr>
        <w:ind w:left="360"/>
      </w:pPr>
    </w:p>
    <w:p w14:paraId="177F6AB5" w14:textId="15B19BA9" w:rsidR="00031E08" w:rsidRDefault="00000000" w:rsidP="00D50AC4">
      <w:pPr>
        <w:pStyle w:val="Heading3"/>
      </w:pPr>
      <w:r>
        <w:t>Daily Jobsite Expectations</w:t>
      </w:r>
    </w:p>
    <w:p w14:paraId="3711A173" w14:textId="77777777" w:rsidR="00D50AC4" w:rsidRDefault="00000000" w:rsidP="00D50AC4">
      <w:pPr>
        <w:ind w:left="360"/>
      </w:pPr>
      <w:r>
        <w:t>At the end of each workday:</w:t>
      </w:r>
    </w:p>
    <w:p w14:paraId="28F0FE45" w14:textId="77777777" w:rsidR="00873669" w:rsidRDefault="00000000" w:rsidP="00873669">
      <w:pPr>
        <w:pStyle w:val="NoSpacing"/>
      </w:pPr>
      <w:r>
        <w:br/>
        <w:t>- Major debris will be placed in designated containers</w:t>
      </w:r>
      <w:r>
        <w:br/>
        <w:t xml:space="preserve">- Loose trash will </w:t>
      </w:r>
      <w:r w:rsidR="00D423A2">
        <w:t>be thrown away</w:t>
      </w:r>
    </w:p>
    <w:p w14:paraId="02BD1E47" w14:textId="42BE63DA" w:rsidR="00873669" w:rsidRDefault="00873669" w:rsidP="00873669">
      <w:pPr>
        <w:pStyle w:val="NoSpacing"/>
      </w:pPr>
      <w:r>
        <w:t>-</w:t>
      </w:r>
      <w:r w:rsidR="001B3EF1">
        <w:t xml:space="preserve"> </w:t>
      </w:r>
      <w:r>
        <w:t xml:space="preserve">Check neighboring properties daily for trash </w:t>
      </w:r>
    </w:p>
    <w:p w14:paraId="2123A9E5" w14:textId="1D0981CE" w:rsidR="00D50AC4" w:rsidRDefault="00873669" w:rsidP="00873669">
      <w:pPr>
        <w:pStyle w:val="NoSpacing"/>
      </w:pPr>
      <w:r>
        <w:t>-</w:t>
      </w:r>
      <w:r w:rsidR="001B3EF1">
        <w:t xml:space="preserve"> </w:t>
      </w:r>
      <w:r>
        <w:t xml:space="preserve">Sweep off street in front of house and neighboring properties </w:t>
      </w:r>
      <w:r>
        <w:br/>
        <w:t>- Materials will be stacked neatly and safely</w:t>
      </w:r>
      <w:r>
        <w:br/>
        <w:t>- Tools will be consolidated and secured</w:t>
      </w:r>
      <w:r>
        <w:br/>
      </w:r>
      <w:r>
        <w:lastRenderedPageBreak/>
        <w:t>- Temporary coverings will be re-secured</w:t>
      </w:r>
      <w:r>
        <w:br/>
        <w:t>- Access points will be clear and safe</w:t>
      </w:r>
      <w:r w:rsidR="00BD7CC1">
        <w:t xml:space="preserve">. They will also be secured every day </w:t>
      </w:r>
    </w:p>
    <w:p w14:paraId="0102F206" w14:textId="1479822A" w:rsidR="0009399D" w:rsidRDefault="0009399D" w:rsidP="00873669">
      <w:pPr>
        <w:pStyle w:val="NoSpacing"/>
      </w:pPr>
      <w:r>
        <w:t xml:space="preserve">-a </w:t>
      </w:r>
      <w:proofErr w:type="gramStart"/>
      <w:r>
        <w:t>Dumpsters</w:t>
      </w:r>
      <w:proofErr w:type="gramEnd"/>
      <w:r>
        <w:t xml:space="preserve"> and portable toilets actively maintained to prevent overflow</w:t>
      </w:r>
    </w:p>
    <w:p w14:paraId="0E2D7261" w14:textId="4AD06709" w:rsidR="00031E08" w:rsidRDefault="00000000" w:rsidP="00D50AC4">
      <w:pPr>
        <w:ind w:left="360"/>
      </w:pPr>
      <w:r>
        <w:br/>
      </w:r>
      <w:r>
        <w:br/>
        <w:t>A luxury build requires discipline, and our trades are held to that standard.</w:t>
      </w:r>
    </w:p>
    <w:p w14:paraId="6B36FCA8" w14:textId="77777777" w:rsidR="0009399D" w:rsidRDefault="0009399D" w:rsidP="00D50AC4">
      <w:pPr>
        <w:ind w:left="360"/>
      </w:pPr>
    </w:p>
    <w:p w14:paraId="57FC0EE2" w14:textId="77777777" w:rsidR="0009399D" w:rsidRDefault="0009399D" w:rsidP="0009399D">
      <w:pPr>
        <w:pStyle w:val="Heading3"/>
      </w:pPr>
      <w:r>
        <w:t>Zero-Tolerance Policies</w:t>
      </w:r>
    </w:p>
    <w:p w14:paraId="7BD3E41E" w14:textId="77777777" w:rsidR="0009399D" w:rsidRDefault="0009399D" w:rsidP="0009399D">
      <w:pPr>
        <w:ind w:left="360"/>
      </w:pPr>
      <w:r>
        <w:t>The following are not acceptable on our jobsites:</w:t>
      </w:r>
    </w:p>
    <w:p w14:paraId="0AE341F2" w14:textId="2D8A49AD" w:rsidR="0009399D" w:rsidRDefault="0009399D" w:rsidP="0009399D">
      <w:pPr>
        <w:pStyle w:val="NoSpacing"/>
      </w:pPr>
      <w:r>
        <w:br/>
        <w:t>- Trash accumulation beyond designated areas</w:t>
      </w:r>
      <w:r>
        <w:br/>
        <w:t xml:space="preserve">- Food or drinks in home </w:t>
      </w:r>
      <w:r>
        <w:br/>
        <w:t>- Unsecured materials</w:t>
      </w:r>
      <w:r>
        <w:br/>
        <w:t>- Damage to installed finishes due to negligence</w:t>
      </w:r>
      <w:r>
        <w:br/>
        <w:t xml:space="preserve">- Subcontractors leaving without cleaning up </w:t>
      </w:r>
      <w:r>
        <w:br/>
      </w:r>
      <w:r>
        <w:br/>
        <w:t>Trades who do not meet cleanliness standards may be removed from the project</w:t>
      </w:r>
      <w:r>
        <w:t xml:space="preserve"> and/or required to pay for </w:t>
      </w:r>
      <w:proofErr w:type="spellStart"/>
      <w:r>
        <w:t>clean up</w:t>
      </w:r>
      <w:proofErr w:type="spellEnd"/>
      <w:r>
        <w:t xml:space="preserve">. </w:t>
      </w:r>
    </w:p>
    <w:p w14:paraId="151BF891" w14:textId="77777777" w:rsidR="0009399D" w:rsidRDefault="0009399D" w:rsidP="0009399D">
      <w:pPr>
        <w:pStyle w:val="NoSpacing"/>
      </w:pPr>
    </w:p>
    <w:p w14:paraId="4B3CA9A9" w14:textId="77777777" w:rsidR="0009399D" w:rsidRDefault="0009399D" w:rsidP="0009399D">
      <w:pPr>
        <w:pStyle w:val="NoSpacing"/>
      </w:pPr>
    </w:p>
    <w:p w14:paraId="7EE72755" w14:textId="77777777" w:rsidR="0009399D" w:rsidRDefault="0009399D" w:rsidP="0009399D">
      <w:pPr>
        <w:pStyle w:val="Heading3"/>
      </w:pPr>
      <w:r>
        <w:t>Client Site Visit Presentation</w:t>
      </w:r>
    </w:p>
    <w:p w14:paraId="04DCD341" w14:textId="77777777" w:rsidR="0009399D" w:rsidRDefault="0009399D" w:rsidP="0009399D">
      <w:pPr>
        <w:ind w:left="360"/>
      </w:pPr>
      <w:r>
        <w:t>When clients visit the site, they can expect:</w:t>
      </w:r>
    </w:p>
    <w:p w14:paraId="26A12355" w14:textId="77777777" w:rsidR="0009399D" w:rsidRDefault="0009399D" w:rsidP="0009399D">
      <w:pPr>
        <w:pStyle w:val="NoSpacing"/>
      </w:pPr>
      <w:r>
        <w:br/>
        <w:t>- An organized site</w:t>
      </w:r>
      <w:r>
        <w:br/>
        <w:t>- No trash in home</w:t>
      </w:r>
    </w:p>
    <w:p w14:paraId="0ED528A2" w14:textId="77777777" w:rsidR="0009399D" w:rsidRDefault="0009399D" w:rsidP="0009399D">
      <w:pPr>
        <w:pStyle w:val="NoSpacing"/>
      </w:pPr>
      <w:r>
        <w:t xml:space="preserve">- Exterior material stacked neatly </w:t>
      </w:r>
      <w:r>
        <w:br/>
        <w:t xml:space="preserve">- Interior finishes protected </w:t>
      </w:r>
      <w:r>
        <w:br/>
        <w:t xml:space="preserve">- Clear walkways into home and throughout </w:t>
      </w:r>
    </w:p>
    <w:p w14:paraId="22847D89" w14:textId="77777777" w:rsidR="0009399D" w:rsidRDefault="0009399D" w:rsidP="0009399D">
      <w:pPr>
        <w:pStyle w:val="NoSpacing"/>
      </w:pPr>
      <w:r>
        <w:t xml:space="preserve">- Interior safety rails </w:t>
      </w:r>
      <w:proofErr w:type="spellStart"/>
      <w:r>
        <w:t>up stairs</w:t>
      </w:r>
      <w:proofErr w:type="spellEnd"/>
      <w:r>
        <w:t xml:space="preserve"> (Or permanent)</w:t>
      </w:r>
    </w:p>
    <w:p w14:paraId="4FD0AA77" w14:textId="77777777" w:rsidR="0009399D" w:rsidRDefault="0009399D" w:rsidP="0009399D">
      <w:pPr>
        <w:pStyle w:val="NoSpacing"/>
      </w:pPr>
      <w:r>
        <w:t>- Elevators blocked off and safety nets installed</w:t>
      </w:r>
    </w:p>
    <w:p w14:paraId="0AC8DFBA" w14:textId="77777777" w:rsidR="0009399D" w:rsidRDefault="0009399D" w:rsidP="0009399D">
      <w:pPr>
        <w:pStyle w:val="NoSpacing"/>
      </w:pPr>
      <w:r>
        <w:t>- Exterior safety rails in place (Or permanent)</w:t>
      </w:r>
    </w:p>
    <w:p w14:paraId="13286BD4" w14:textId="39B4FFE1" w:rsidR="0009399D" w:rsidRDefault="0009399D" w:rsidP="0009399D">
      <w:pPr>
        <w:pStyle w:val="NoSpacing"/>
      </w:pPr>
      <w:r>
        <w:t>- Broom swept home</w:t>
      </w:r>
      <w:r>
        <w:br/>
      </w:r>
      <w:r>
        <w:br/>
      </w:r>
    </w:p>
    <w:p w14:paraId="51D9E9FC" w14:textId="77777777" w:rsidR="0009399D" w:rsidRDefault="0009399D" w:rsidP="0009399D">
      <w:pPr>
        <w:pStyle w:val="Heading3"/>
      </w:pPr>
      <w:r>
        <w:t>Exterior Site Management</w:t>
      </w:r>
    </w:p>
    <w:p w14:paraId="2FF24862" w14:textId="77777777" w:rsidR="0009399D" w:rsidRDefault="0009399D" w:rsidP="0009399D">
      <w:pPr>
        <w:ind w:left="360"/>
      </w:pPr>
      <w:r>
        <w:t>Exterior cleanliness standards include:</w:t>
      </w:r>
    </w:p>
    <w:p w14:paraId="08949C70" w14:textId="77777777" w:rsidR="0009399D" w:rsidRDefault="0009399D" w:rsidP="0009399D">
      <w:pPr>
        <w:pStyle w:val="NoSpacing"/>
      </w:pPr>
      <w:r>
        <w:br/>
        <w:t>- Debris not allowed to migrate into neighboring lots</w:t>
      </w:r>
      <w:r>
        <w:br/>
        <w:t>- Scheduled scrap removal</w:t>
      </w:r>
      <w:r>
        <w:br/>
        <w:t>- Organized lumber and material stacking</w:t>
      </w:r>
      <w:r>
        <w:br/>
        <w:t xml:space="preserve">- Construction silt fencing around entire lot </w:t>
      </w:r>
    </w:p>
    <w:p w14:paraId="6FA76578" w14:textId="77777777" w:rsidR="0009399D" w:rsidRDefault="0009399D" w:rsidP="0009399D">
      <w:pPr>
        <w:pStyle w:val="NoSpacing"/>
      </w:pPr>
      <w:r>
        <w:t xml:space="preserve">- Construction driveway installed and maintained </w:t>
      </w:r>
      <w:r>
        <w:br/>
        <w:t>- Driveway and street areas cleared of excessive debris</w:t>
      </w:r>
    </w:p>
    <w:p w14:paraId="7CCF974A" w14:textId="2A2A85FB" w:rsidR="0009399D" w:rsidRDefault="0009399D" w:rsidP="0009399D">
      <w:pPr>
        <w:pStyle w:val="NoSpacing"/>
      </w:pPr>
      <w:r>
        <w:lastRenderedPageBreak/>
        <w:t xml:space="preserve">- Street swept or blown off daily </w:t>
      </w:r>
      <w:r>
        <w:br/>
        <w:t>- Nail and fastener magnet sweeps at major phases</w:t>
      </w:r>
    </w:p>
    <w:p w14:paraId="42EBDADC" w14:textId="77777777" w:rsidR="0009399D" w:rsidRDefault="0009399D" w:rsidP="0009399D">
      <w:pPr>
        <w:pStyle w:val="NoSpacing"/>
      </w:pPr>
      <w:r>
        <w:t xml:space="preserve">- Exterior safety rail installed immediately after deck fascia </w:t>
      </w:r>
    </w:p>
    <w:p w14:paraId="6D37EFD4" w14:textId="77777777" w:rsidR="0009399D" w:rsidRDefault="0009399D" w:rsidP="0009399D">
      <w:pPr>
        <w:pStyle w:val="NoSpacing"/>
      </w:pPr>
      <w:r>
        <w:t xml:space="preserve">- Jobsite sign posted with No Trespassing sign, No Smoking sign, Permit, PM Contact Info, and House Address </w:t>
      </w:r>
    </w:p>
    <w:p w14:paraId="15F883EA" w14:textId="77777777" w:rsidR="0009399D" w:rsidRDefault="0009399D" w:rsidP="0009399D">
      <w:pPr>
        <w:pStyle w:val="NoSpacing"/>
      </w:pPr>
      <w:r>
        <w:t>- Marnie Custom Home sign posted at street on opposite side as porta pot</w:t>
      </w:r>
    </w:p>
    <w:p w14:paraId="79E9710F" w14:textId="77777777" w:rsidR="0009399D" w:rsidRDefault="0009399D" w:rsidP="0009399D">
      <w:pPr>
        <w:pStyle w:val="NoSpacing"/>
      </w:pPr>
      <w:r>
        <w:t xml:space="preserve">- Fork lift parked on our property every day </w:t>
      </w:r>
      <w:r>
        <w:br/>
      </w:r>
      <w:r>
        <w:br/>
        <w:t>We operate with consideration for both client property and neighboring homes.</w:t>
      </w:r>
    </w:p>
    <w:p w14:paraId="5738E652" w14:textId="77777777" w:rsidR="0009399D" w:rsidRDefault="0009399D" w:rsidP="0009399D">
      <w:pPr>
        <w:pStyle w:val="NoSpacing"/>
      </w:pPr>
    </w:p>
    <w:p w14:paraId="489F6061" w14:textId="77777777" w:rsidR="0009399D" w:rsidRDefault="0009399D" w:rsidP="0009399D">
      <w:pPr>
        <w:pStyle w:val="NoSpacing"/>
      </w:pPr>
    </w:p>
    <w:p w14:paraId="3FED53F6" w14:textId="77777777" w:rsidR="0009399D" w:rsidRDefault="0009399D" w:rsidP="0009399D">
      <w:pPr>
        <w:pStyle w:val="Heading3"/>
      </w:pPr>
      <w:r>
        <w:t>Dust Management Standards</w:t>
      </w:r>
    </w:p>
    <w:p w14:paraId="0EBAD6CB" w14:textId="77777777" w:rsidR="0009399D" w:rsidRDefault="0009399D" w:rsidP="0009399D">
      <w:pPr>
        <w:ind w:left="360"/>
      </w:pPr>
      <w:r>
        <w:t>While dust is inherent in construction, we implement:</w:t>
      </w:r>
    </w:p>
    <w:p w14:paraId="30958E69" w14:textId="77777777" w:rsidR="0009399D" w:rsidRDefault="0009399D" w:rsidP="0009399D">
      <w:pPr>
        <w:pStyle w:val="NoSpacing"/>
      </w:pPr>
      <w:r>
        <w:br/>
        <w:t>- Controlled cutting areas when feasible – Not in screen porches</w:t>
      </w:r>
      <w:r>
        <w:br/>
        <w:t>- Shop vac usage during interior cutting</w:t>
      </w:r>
      <w:r>
        <w:br/>
        <w:t>- Temporary plastic barriers during heavy sanding phases</w:t>
      </w:r>
    </w:p>
    <w:p w14:paraId="30CED5BB" w14:textId="7F42AA5B" w:rsidR="0009399D" w:rsidRDefault="0009399D" w:rsidP="0009399D">
      <w:pPr>
        <w:pStyle w:val="NoSpacing"/>
      </w:pPr>
      <w:r>
        <w:t xml:space="preserve">- HVAC to be turned off when sanding/cutting/spraying paint </w:t>
      </w:r>
      <w:r>
        <w:br/>
        <w:t>- Scheduled interior sweeps</w:t>
      </w:r>
      <w:r>
        <w:br/>
        <w:t xml:space="preserve">- Professional cleaning </w:t>
      </w:r>
      <w:r>
        <w:t>a minimum of two times</w:t>
      </w:r>
      <w:r>
        <w:t xml:space="preserve"> prior to move in </w:t>
      </w:r>
    </w:p>
    <w:p w14:paraId="09EA3251" w14:textId="77777777" w:rsidR="0009399D" w:rsidRDefault="0009399D" w:rsidP="0009399D">
      <w:pPr>
        <w:pStyle w:val="NoSpacing"/>
      </w:pPr>
      <w:r>
        <w:t xml:space="preserve">- Project manager to have shop vac on site and use daily </w:t>
      </w:r>
      <w:r>
        <w:br/>
      </w:r>
      <w:r>
        <w:br/>
        <w:t>Clients should expect managed dust — not uncontrolled accumulation.</w:t>
      </w:r>
    </w:p>
    <w:p w14:paraId="7898F68F" w14:textId="77777777" w:rsidR="0009399D" w:rsidRDefault="0009399D" w:rsidP="0009399D">
      <w:pPr>
        <w:pStyle w:val="NoSpacing"/>
      </w:pPr>
    </w:p>
    <w:p w14:paraId="56240C01" w14:textId="77777777" w:rsidR="0009399D" w:rsidRDefault="0009399D" w:rsidP="0009399D">
      <w:pPr>
        <w:pStyle w:val="NoSpacing"/>
      </w:pPr>
    </w:p>
    <w:p w14:paraId="17C1BFC8" w14:textId="77777777" w:rsidR="0009399D" w:rsidRDefault="0009399D" w:rsidP="00D50AC4">
      <w:pPr>
        <w:pStyle w:val="Heading3"/>
      </w:pPr>
    </w:p>
    <w:p w14:paraId="0089B7CD" w14:textId="4256D1F7" w:rsidR="00031E08" w:rsidRDefault="00000000" w:rsidP="00D50AC4">
      <w:pPr>
        <w:pStyle w:val="Heading3"/>
      </w:pPr>
      <w:r>
        <w:t>Interior Protection Protocol</w:t>
      </w:r>
    </w:p>
    <w:p w14:paraId="39283BB1" w14:textId="77777777" w:rsidR="00D50AC4" w:rsidRDefault="00000000" w:rsidP="00D50AC4">
      <w:pPr>
        <w:ind w:left="360"/>
      </w:pPr>
      <w:r>
        <w:t>As the home progresses, protective measures increase:</w:t>
      </w:r>
    </w:p>
    <w:p w14:paraId="615986E1" w14:textId="77777777" w:rsidR="0009399D" w:rsidRDefault="00000000" w:rsidP="00873669">
      <w:pPr>
        <w:pStyle w:val="NoSpacing"/>
      </w:pPr>
      <w:r>
        <w:br/>
        <w:t xml:space="preserve">- Ram board floor protection </w:t>
      </w:r>
      <w:r w:rsidR="00873669">
        <w:t xml:space="preserve">installed </w:t>
      </w:r>
      <w:r>
        <w:t xml:space="preserve">after flooring </w:t>
      </w:r>
    </w:p>
    <w:p w14:paraId="1D450E12" w14:textId="257F6166" w:rsidR="00873669" w:rsidRDefault="0009399D" w:rsidP="00873669">
      <w:pPr>
        <w:pStyle w:val="NoSpacing"/>
      </w:pPr>
      <w:r>
        <w:t xml:space="preserve">- Ram board tread protection installed after finished stair treads </w:t>
      </w:r>
      <w:r w:rsidR="00000000">
        <w:br/>
        <w:t>- Cabinet protection upon installation</w:t>
      </w:r>
      <w:r w:rsidR="00000000">
        <w:br/>
        <w:t>- Countertop covering until turnover</w:t>
      </w:r>
      <w:r w:rsidR="00000000">
        <w:br/>
        <w:t xml:space="preserve">- </w:t>
      </w:r>
      <w:r w:rsidR="00B63B74">
        <w:t>Temporary door locks installed to secure home</w:t>
      </w:r>
      <w:r w:rsidR="00000000">
        <w:br/>
        <w:t>- Door edge and jamb protection where necessary</w:t>
      </w:r>
      <w:r w:rsidR="00000000">
        <w:br/>
        <w:t>- HVAC filters monitored and replaced as needed</w:t>
      </w:r>
    </w:p>
    <w:p w14:paraId="792DF90F" w14:textId="10C58CFD" w:rsidR="00873669" w:rsidRDefault="00873669" w:rsidP="00873669">
      <w:pPr>
        <w:pStyle w:val="NoSpacing"/>
      </w:pPr>
      <w:r>
        <w:t>-</w:t>
      </w:r>
      <w:r w:rsidR="001B3EF1">
        <w:t xml:space="preserve"> </w:t>
      </w:r>
      <w:r>
        <w:t>Post signage for no shoes in house and supply booties</w:t>
      </w:r>
    </w:p>
    <w:p w14:paraId="6C5C370C" w14:textId="05BE6E86" w:rsidR="00873669" w:rsidRDefault="00873669" w:rsidP="00873669">
      <w:pPr>
        <w:pStyle w:val="NoSpacing"/>
      </w:pPr>
      <w:r>
        <w:t>-</w:t>
      </w:r>
      <w:r w:rsidR="001B3EF1">
        <w:t xml:space="preserve"> </w:t>
      </w:r>
      <w:r>
        <w:t xml:space="preserve">House will be swept or vacuumed daily </w:t>
      </w:r>
    </w:p>
    <w:p w14:paraId="35320F97" w14:textId="75A2CF63" w:rsidR="00B63B74" w:rsidRDefault="00873669" w:rsidP="00873669">
      <w:pPr>
        <w:pStyle w:val="NoSpacing"/>
      </w:pPr>
      <w:r>
        <w:t>-</w:t>
      </w:r>
      <w:r w:rsidR="001B3EF1">
        <w:t xml:space="preserve"> </w:t>
      </w:r>
      <w:r>
        <w:t xml:space="preserve">Tubs to be protected with foam board from after install until final clean </w:t>
      </w:r>
    </w:p>
    <w:p w14:paraId="4630109F" w14:textId="01FAF876" w:rsidR="0012774D" w:rsidRDefault="00B63B74" w:rsidP="00873669">
      <w:pPr>
        <w:pStyle w:val="NoSpacing"/>
      </w:pPr>
      <w:r>
        <w:t>-</w:t>
      </w:r>
      <w:r w:rsidR="001B3EF1">
        <w:t xml:space="preserve"> </w:t>
      </w:r>
      <w:r>
        <w:t xml:space="preserve">Doors and windows will be shut and locked everyday by MCH personal </w:t>
      </w:r>
    </w:p>
    <w:p w14:paraId="0D08CD23" w14:textId="141A8523" w:rsidR="0012774D" w:rsidRDefault="0012774D" w:rsidP="00873669">
      <w:pPr>
        <w:pStyle w:val="NoSpacing"/>
      </w:pPr>
      <w:r>
        <w:t>-</w:t>
      </w:r>
      <w:r w:rsidR="001B3EF1">
        <w:t xml:space="preserve"> </w:t>
      </w:r>
      <w:r>
        <w:t>Post drywall PM will designate one room for work room and store electrical fixtures, plumbing fixtures, hardware, etc. This room will have a door and a lock</w:t>
      </w:r>
    </w:p>
    <w:p w14:paraId="6DC8960A" w14:textId="58724105" w:rsidR="0012774D" w:rsidRDefault="0012774D" w:rsidP="00873669">
      <w:pPr>
        <w:pStyle w:val="NoSpacing"/>
      </w:pPr>
      <w:r>
        <w:t>-</w:t>
      </w:r>
      <w:r w:rsidR="001B3EF1">
        <w:t xml:space="preserve"> </w:t>
      </w:r>
      <w:r>
        <w:t>Build trim rack in garage to store trim after 1</w:t>
      </w:r>
      <w:r w:rsidRPr="0012774D">
        <w:rPr>
          <w:vertAlign w:val="superscript"/>
        </w:rPr>
        <w:t>st</w:t>
      </w:r>
      <w:r>
        <w:t xml:space="preserve"> trim. After 2</w:t>
      </w:r>
      <w:r w:rsidRPr="0012774D">
        <w:rPr>
          <w:vertAlign w:val="superscript"/>
        </w:rPr>
        <w:t>nd</w:t>
      </w:r>
      <w:r>
        <w:t xml:space="preserve"> trim anything left will be returned </w:t>
      </w:r>
    </w:p>
    <w:p w14:paraId="3E5CEEAB" w14:textId="32353B3A" w:rsidR="00031E08" w:rsidRDefault="0012774D" w:rsidP="00873669">
      <w:pPr>
        <w:pStyle w:val="NoSpacing"/>
      </w:pPr>
      <w:r>
        <w:lastRenderedPageBreak/>
        <w:t>-</w:t>
      </w:r>
      <w:r w:rsidR="001B3EF1">
        <w:t xml:space="preserve"> </w:t>
      </w:r>
      <w:r>
        <w:t xml:space="preserve">Floor coverings will be removed after final </w:t>
      </w:r>
      <w:proofErr w:type="gramStart"/>
      <w:r>
        <w:t>paint</w:t>
      </w:r>
      <w:proofErr w:type="gramEnd"/>
      <w:r>
        <w:t xml:space="preserve"> and no shoes will be allowed in house </w:t>
      </w:r>
      <w:r>
        <w:br/>
      </w:r>
      <w:r>
        <w:br/>
        <w:t>No finished surface is left unprotected during active construction.</w:t>
      </w:r>
    </w:p>
    <w:p w14:paraId="6B6CF4E4" w14:textId="77777777" w:rsidR="0009399D" w:rsidRDefault="0009399D" w:rsidP="00873669">
      <w:pPr>
        <w:pStyle w:val="NoSpacing"/>
      </w:pPr>
    </w:p>
    <w:p w14:paraId="5219FF9B" w14:textId="435DC86A" w:rsidR="00031E08" w:rsidRDefault="00000000" w:rsidP="00D50AC4">
      <w:pPr>
        <w:pStyle w:val="Heading3"/>
      </w:pPr>
      <w:r>
        <w:t>Scheduled Professional Cleanings</w:t>
      </w:r>
    </w:p>
    <w:p w14:paraId="00924FF7" w14:textId="77777777" w:rsidR="003A230F" w:rsidRDefault="00000000" w:rsidP="003A230F">
      <w:pPr>
        <w:pStyle w:val="NoSpacing"/>
      </w:pPr>
      <w:r>
        <w:br/>
        <w:t xml:space="preserve">- </w:t>
      </w:r>
      <w:r w:rsidR="0012774D">
        <w:t>1</w:t>
      </w:r>
      <w:r w:rsidR="0012774D" w:rsidRPr="0012774D">
        <w:rPr>
          <w:vertAlign w:val="superscript"/>
        </w:rPr>
        <w:t>st</w:t>
      </w:r>
      <w:r w:rsidR="0012774D">
        <w:t xml:space="preserve"> clean after countertops – pull window plastic, clean all cabinets, </w:t>
      </w:r>
      <w:r w:rsidR="003A230F">
        <w:t>vacuum, mop, and wipe down bathrooms</w:t>
      </w:r>
      <w:r>
        <w:br/>
        <w:t xml:space="preserve">- </w:t>
      </w:r>
      <w:r w:rsidR="0012774D">
        <w:t xml:space="preserve">Clean after floor coverings are pulled </w:t>
      </w:r>
    </w:p>
    <w:p w14:paraId="4A6FB413" w14:textId="32BD7B0D" w:rsidR="00031E08" w:rsidRDefault="001B3EF1" w:rsidP="001B3EF1">
      <w:pPr>
        <w:pStyle w:val="NoSpacing"/>
      </w:pPr>
      <w:r>
        <w:t>-</w:t>
      </w:r>
      <w:r w:rsidR="003A230F">
        <w:t xml:space="preserve"> </w:t>
      </w:r>
      <w:r>
        <w:t xml:space="preserve">Power </w:t>
      </w:r>
      <w:r w:rsidR="003A230F">
        <w:t xml:space="preserve">Wash exterior including all decks and garages </w:t>
      </w:r>
      <w:r w:rsidR="003A230F">
        <w:br/>
        <w:t>- Final deep clean prior to homeowner orientation</w:t>
      </w:r>
      <w:r w:rsidR="003A230F">
        <w:br/>
      </w:r>
    </w:p>
    <w:p w14:paraId="5ABE93E4" w14:textId="668ADB17" w:rsidR="00031E08" w:rsidRDefault="00000000" w:rsidP="00D50AC4">
      <w:pPr>
        <w:pStyle w:val="Heading3"/>
      </w:pPr>
      <w:r>
        <w:t>Final Turnover Standard</w:t>
      </w:r>
    </w:p>
    <w:p w14:paraId="3ABE23C0" w14:textId="77777777" w:rsidR="00BD7CC1" w:rsidRDefault="00000000" w:rsidP="00BD7CC1">
      <w:pPr>
        <w:pStyle w:val="NoSpacing"/>
      </w:pPr>
      <w:r>
        <w:t>Prior to homeowner orientation, the home will receive:</w:t>
      </w:r>
    </w:p>
    <w:p w14:paraId="5C3C6E83" w14:textId="6D4993F6" w:rsidR="00031E08" w:rsidRDefault="00000000" w:rsidP="00BD7CC1">
      <w:pPr>
        <w:pStyle w:val="NoSpacing"/>
      </w:pPr>
      <w:r>
        <w:br/>
        <w:t>- Full professional interior cleaning</w:t>
      </w:r>
      <w:r>
        <w:br/>
        <w:t>- Removal of protective coverings</w:t>
      </w:r>
      <w:r>
        <w:br/>
        <w:t>- Debris removal from site</w:t>
      </w:r>
    </w:p>
    <w:p w14:paraId="3904B856" w14:textId="58B81D1A" w:rsidR="0009399D" w:rsidRDefault="0009399D" w:rsidP="0009399D">
      <w:pPr>
        <w:pStyle w:val="NoSpacing"/>
      </w:pPr>
      <w:r>
        <w:t xml:space="preserve">- Removal of portable toilet and dumpster </w:t>
      </w:r>
    </w:p>
    <w:p w14:paraId="4401EC85" w14:textId="66051D80" w:rsidR="00BD7CC1" w:rsidRDefault="00BD7CC1" w:rsidP="00BD7CC1">
      <w:pPr>
        <w:pStyle w:val="NoSpacing"/>
      </w:pPr>
    </w:p>
    <w:p w14:paraId="00612425" w14:textId="77777777" w:rsidR="00BD7CC1" w:rsidRDefault="00BD7CC1" w:rsidP="00D50AC4">
      <w:pPr>
        <w:ind w:left="360"/>
      </w:pPr>
    </w:p>
    <w:p w14:paraId="66CB0CFB" w14:textId="38D49FF6" w:rsidR="00031E08" w:rsidRDefault="00031E08" w:rsidP="003A230F">
      <w:pPr>
        <w:pStyle w:val="Heading3"/>
      </w:pPr>
    </w:p>
    <w:p w14:paraId="6CF27295" w14:textId="1AA23E99" w:rsidR="00031E08" w:rsidRDefault="00031E08" w:rsidP="003A230F"/>
    <w:sectPr w:rsidR="00031E08" w:rsidSect="00D50A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F6FCA"/>
    <w:multiLevelType w:val="hybridMultilevel"/>
    <w:tmpl w:val="35B85304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8D5DF3"/>
    <w:multiLevelType w:val="hybridMultilevel"/>
    <w:tmpl w:val="D9B23746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15D4E"/>
    <w:multiLevelType w:val="hybridMultilevel"/>
    <w:tmpl w:val="A5985C3E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B665A"/>
    <w:multiLevelType w:val="hybridMultilevel"/>
    <w:tmpl w:val="97F880D6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27BB3"/>
    <w:multiLevelType w:val="hybridMultilevel"/>
    <w:tmpl w:val="D6B431AC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670CC"/>
    <w:multiLevelType w:val="hybridMultilevel"/>
    <w:tmpl w:val="1194D3E8"/>
    <w:lvl w:ilvl="0" w:tplc="D8FE2522">
      <w:start w:val="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AF762F"/>
    <w:multiLevelType w:val="hybridMultilevel"/>
    <w:tmpl w:val="3B220366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F1C62"/>
    <w:multiLevelType w:val="hybridMultilevel"/>
    <w:tmpl w:val="71B2500C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A76E7"/>
    <w:multiLevelType w:val="hybridMultilevel"/>
    <w:tmpl w:val="5AB06F4C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66DB2"/>
    <w:multiLevelType w:val="hybridMultilevel"/>
    <w:tmpl w:val="0FCA2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06798"/>
    <w:multiLevelType w:val="hybridMultilevel"/>
    <w:tmpl w:val="0E4486C2"/>
    <w:lvl w:ilvl="0" w:tplc="E940C35C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B3366"/>
    <w:multiLevelType w:val="hybridMultilevel"/>
    <w:tmpl w:val="4E34A97E"/>
    <w:lvl w:ilvl="0" w:tplc="E940C35C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543D1"/>
    <w:multiLevelType w:val="hybridMultilevel"/>
    <w:tmpl w:val="81040188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12AA2"/>
    <w:multiLevelType w:val="hybridMultilevel"/>
    <w:tmpl w:val="5880BC80"/>
    <w:lvl w:ilvl="0" w:tplc="E940C35C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487760">
    <w:abstractNumId w:val="8"/>
  </w:num>
  <w:num w:numId="2" w16cid:durableId="1325469256">
    <w:abstractNumId w:val="6"/>
  </w:num>
  <w:num w:numId="3" w16cid:durableId="2109694092">
    <w:abstractNumId w:val="5"/>
  </w:num>
  <w:num w:numId="4" w16cid:durableId="477578867">
    <w:abstractNumId w:val="4"/>
  </w:num>
  <w:num w:numId="5" w16cid:durableId="545026293">
    <w:abstractNumId w:val="7"/>
  </w:num>
  <w:num w:numId="6" w16cid:durableId="1901362736">
    <w:abstractNumId w:val="3"/>
  </w:num>
  <w:num w:numId="7" w16cid:durableId="621957984">
    <w:abstractNumId w:val="2"/>
  </w:num>
  <w:num w:numId="8" w16cid:durableId="1619141105">
    <w:abstractNumId w:val="1"/>
  </w:num>
  <w:num w:numId="9" w16cid:durableId="1151289232">
    <w:abstractNumId w:val="0"/>
  </w:num>
  <w:num w:numId="10" w16cid:durableId="448285063">
    <w:abstractNumId w:val="20"/>
  </w:num>
  <w:num w:numId="11" w16cid:durableId="1263340132">
    <w:abstractNumId w:val="19"/>
  </w:num>
  <w:num w:numId="12" w16cid:durableId="904687373">
    <w:abstractNumId w:val="18"/>
  </w:num>
  <w:num w:numId="13" w16cid:durableId="1618220464">
    <w:abstractNumId w:val="17"/>
  </w:num>
  <w:num w:numId="14" w16cid:durableId="326901983">
    <w:abstractNumId w:val="21"/>
  </w:num>
  <w:num w:numId="15" w16cid:durableId="2054035823">
    <w:abstractNumId w:val="14"/>
  </w:num>
  <w:num w:numId="16" w16cid:durableId="1540556431">
    <w:abstractNumId w:val="12"/>
  </w:num>
  <w:num w:numId="17" w16cid:durableId="1573923783">
    <w:abstractNumId w:val="15"/>
  </w:num>
  <w:num w:numId="18" w16cid:durableId="2102678806">
    <w:abstractNumId w:val="13"/>
  </w:num>
  <w:num w:numId="19" w16cid:durableId="106043493">
    <w:abstractNumId w:val="9"/>
  </w:num>
  <w:num w:numId="20" w16cid:durableId="935291059">
    <w:abstractNumId w:val="10"/>
  </w:num>
  <w:num w:numId="21" w16cid:durableId="1046367391">
    <w:abstractNumId w:val="22"/>
  </w:num>
  <w:num w:numId="22" w16cid:durableId="812059380">
    <w:abstractNumId w:val="11"/>
  </w:num>
  <w:num w:numId="23" w16cid:durableId="7072958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E08"/>
    <w:rsid w:val="00034616"/>
    <w:rsid w:val="0006063C"/>
    <w:rsid w:val="0009399D"/>
    <w:rsid w:val="0012774D"/>
    <w:rsid w:val="0015074B"/>
    <w:rsid w:val="001B3EF1"/>
    <w:rsid w:val="0029639D"/>
    <w:rsid w:val="00326F90"/>
    <w:rsid w:val="003A230F"/>
    <w:rsid w:val="004B20A4"/>
    <w:rsid w:val="00615439"/>
    <w:rsid w:val="006427F5"/>
    <w:rsid w:val="00873669"/>
    <w:rsid w:val="0099074C"/>
    <w:rsid w:val="00AA1D8D"/>
    <w:rsid w:val="00B47730"/>
    <w:rsid w:val="00B63B74"/>
    <w:rsid w:val="00B64F3A"/>
    <w:rsid w:val="00BD7CC1"/>
    <w:rsid w:val="00CB0664"/>
    <w:rsid w:val="00D423A2"/>
    <w:rsid w:val="00D50AC4"/>
    <w:rsid w:val="00DC0C60"/>
    <w:rsid w:val="00EB5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E3CD7D"/>
  <w14:defaultImageDpi w14:val="300"/>
  <w15:docId w15:val="{76EA05E3-C8F6-A245-821E-321BE88D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Dustin Burkett</cp:lastModifiedBy>
  <cp:revision>2</cp:revision>
  <cp:lastPrinted>2026-02-26T18:18:00Z</cp:lastPrinted>
  <dcterms:created xsi:type="dcterms:W3CDTF">2026-03-04T21:55:00Z</dcterms:created>
  <dcterms:modified xsi:type="dcterms:W3CDTF">2026-03-04T21:55:00Z</dcterms:modified>
  <cp:category/>
</cp:coreProperties>
</file>